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  <w:jc w:val="center"/>
      </w:pPr>
      <w:r>
        <w:rPr>
          <w:rFonts w:ascii="Calibri" w:hAnsi="Calibri"/>
          <w:b/>
          <w:color w:val="183B67"/>
          <w:sz w:val="46"/>
        </w:rPr>
        <w:t>Editorial Decision Letter Templates</w:t>
      </w:r>
    </w:p>
    <w:p>
      <w:pPr>
        <w:spacing w:after="360"/>
        <w:jc w:val="center"/>
      </w:pPr>
      <w:r>
        <w:rPr>
          <w:i/>
          <w:color w:val="66736F"/>
          <w:sz w:val="22"/>
        </w:rPr>
        <w:t>Adaptable language for fair, clear and evidence-based decisions</w:t>
      </w:r>
    </w:p>
    <w:p>
      <w:r>
        <w:t>Replace bracketed text and synthesize reviewer comments. Do not simply forward contradictory reports without editorial guidance.</w:t>
      </w:r>
    </w:p>
    <w:p>
      <w:pPr>
        <w:pStyle w:val="Heading1"/>
      </w:pPr>
      <w:r>
        <w:t>Accept</w:t>
      </w:r>
    </w:p>
    <w:p>
      <w:r>
        <w:t>Subject: Decision on manuscript [ID] - Accept</w:t>
      </w:r>
    </w:p>
    <w:p>
      <w:r>
        <w:t>Dear [CORRESPONDING AUTHOR],</w:t>
      </w:r>
    </w:p>
    <w:p>
      <w:r>
        <w:t>We are pleased to accept “[TITLE]” for publication in [JOURNAL]. The manuscript has satisfied the journal’s editorial and peer-review requirements. Our production team will contact you regarding copyediting and proofs.</w:t>
      </w:r>
    </w:p>
    <w:p>
      <w:r>
        <w:t>Editorial synthesis / required actions:</w:t>
        <w:br/>
        <w:t>1. [Essential point]</w:t>
        <w:br/>
        <w:t>2. [Essential point]</w:t>
        <w:br/>
        <w:t>3. [Supporting point]</w:t>
      </w:r>
    </w:p>
    <w:p>
      <w:r>
        <w:t>Sincerely,</w:t>
        <w:br/>
        <w:t>[EDITOR NAME]</w:t>
        <w:br/>
        <w:t>[ROLE], [JOURNAL]</w:t>
      </w:r>
    </w:p>
    <w:p>
      <w:pPr>
        <w:pStyle w:val="Heading1"/>
      </w:pPr>
      <w:r>
        <w:t>Minor revision</w:t>
      </w:r>
    </w:p>
    <w:p>
      <w:r>
        <w:t>Subject: Decision on manuscript [ID] - Minor revision</w:t>
      </w:r>
    </w:p>
    <w:p>
      <w:r>
        <w:t>Dear [CORRESPONDING AUTHOR],</w:t>
      </w:r>
    </w:p>
    <w:p>
      <w:r>
        <w:t>Your manuscript “[TITLE]” has merit and may be suitable for publication after minor revision. Please address the points listed below and submit a clean manuscript, a tracked-changes copy and a point-by-point response by [DATE].</w:t>
      </w:r>
    </w:p>
    <w:p>
      <w:r>
        <w:t>Editorial synthesis / required actions:</w:t>
        <w:br/>
        <w:t>1. [Essential point]</w:t>
        <w:br/>
        <w:t>2. [Essential point]</w:t>
        <w:br/>
        <w:t>3. [Supporting point]</w:t>
      </w:r>
    </w:p>
    <w:p>
      <w:r>
        <w:t>Sincerely,</w:t>
        <w:br/>
        <w:t>[EDITOR NAME]</w:t>
        <w:br/>
        <w:t>[ROLE], [JOURNAL]</w:t>
      </w:r>
    </w:p>
    <w:p>
      <w:pPr>
        <w:pStyle w:val="Heading1"/>
      </w:pPr>
      <w:r>
        <w:t>Major revision</w:t>
      </w:r>
    </w:p>
    <w:p>
      <w:r>
        <w:t>Subject: Decision on manuscript [ID] - Major revision</w:t>
      </w:r>
    </w:p>
    <w:p>
      <w:r>
        <w:t>Dear [CORRESPONDING AUTHOR],</w:t>
      </w:r>
    </w:p>
    <w:p>
      <w:r>
        <w:t>The reviewers and editor identify a potentially valuable contribution, but substantial issues must be resolved before a publication decision can be made. A revised submission is not a guarantee of acceptance. Please respond to every point, explain any disagreement respectfully and indicate exact changes and page numbers.</w:t>
      </w:r>
    </w:p>
    <w:p>
      <w:r>
        <w:t>Editorial synthesis / required actions:</w:t>
        <w:br/>
        <w:t>1. [Essential point]</w:t>
        <w:br/>
        <w:t>2. [Essential point]</w:t>
        <w:br/>
        <w:t>3. [Supporting point]</w:t>
      </w:r>
    </w:p>
    <w:p>
      <w:r>
        <w:t>Sincerely,</w:t>
        <w:br/>
        <w:t>[EDITOR NAME]</w:t>
        <w:br/>
        <w:t>[ROLE], [JOURNAL]</w:t>
      </w:r>
    </w:p>
    <w:p>
      <w:pPr>
        <w:pStyle w:val="Heading1"/>
      </w:pPr>
      <w:r>
        <w:t>Reject</w:t>
      </w:r>
    </w:p>
    <w:p>
      <w:r>
        <w:t>Subject: Decision on manuscript [ID] - Reject</w:t>
      </w:r>
    </w:p>
    <w:p>
      <w:r>
        <w:t>Dear [CORRESPONDING AUTHOR],</w:t>
      </w:r>
    </w:p>
    <w:p>
      <w:r>
        <w:t>After editorial assessment and consideration of the reviews, we are unable to accept “[TITLE]” for publication in [JOURNAL]. The principal reasons are [SCOPE/CONTRIBUTION/METHOD/VALIDITY]. We hope the specific comments below assist you in developing the work further.</w:t>
      </w:r>
    </w:p>
    <w:p>
      <w:r>
        <w:t>Editorial synthesis / required actions:</w:t>
        <w:br/>
        <w:t>1. [Essential point]</w:t>
        <w:br/>
        <w:t>2. [Essential point]</w:t>
        <w:br/>
        <w:t>3. [Supporting point]</w:t>
      </w:r>
    </w:p>
    <w:p>
      <w:r>
        <w:t>Sincerely,</w:t>
        <w:br/>
        <w:t>[EDITOR NAME]</w:t>
        <w:br/>
        <w:t>[ROLE], [JOURNAL]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F"/>
        <w:sz w:val="16"/>
      </w:rPr>
      <w:t>For AJOCS, EAFJ and AMSJ  •  resources.ijcsacademia.com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66736F"/>
        <w:sz w:val="16"/>
      </w:rPr>
      <w:t>EDITORIAL RESOURCE CENTRE  |  IJCS ACADEMIA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1835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83B6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83B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83B6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